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לפני · תוך כדי · אחרי הקריאה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מתכוננים · עוצרים · מסכמים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🌍 עולים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מיון: מתי עושים מה?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קוראים בשלושה שלבים: ״החלון הירוק״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עכשיו לבד: ידיעה מהעיתון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להפעיל את שלושת שלבי הקריאה: לפני, תוך כדי ואחרי.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לנחש מתוך כותרת, לעצור בסוף פסקה ולסכם במשפט אחד.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כרזת ״לפני · תוך כדי · אחרי״.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מיון פעולות; קריאה מודרכת של ״החלון הירוק״.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קריאה עצמאית של הידיעה בשלושה שלבים;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עולים. עברית פשוטה, מילון קטן בשש שפות (לוודא), אימוג׳י ליד מילים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א׳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7143"/>
            <w:shd w:val="clear" w:color="auto" w:fill="D9F2E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פעולה</w:t>
            </w:r>
          </w:p>
        </w:tc>
        <w:tc>
          <w:tcPr>
            <w:tcW w:type="dxa" w:w="3061"/>
            <w:shd w:val="clear" w:color="auto" w:fill="D9F2E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מתי?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מציצים בכותרת ובתמונות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מסכמים במשפט אחד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אחרי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שואלים: מה אני כבר יודע/ת?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עוצרים בסוף פסקה ושואלים: מה למדתי?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תוך כדי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מספרים לחבר/ה בשלושה משפטים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אחרי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מנחשים על מה הטקסט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כותבים כותרת לכל פסקה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תוך כדי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מסמנים מילה קשה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תוך כדי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בודקים אם הניחוש התאים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אחרי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ב׳: ״החלון הירוק״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לפני: כל ניחוש סביר שמתבסס על הכותרת (למשל: ״טקסט על צמחים ליד חלון״).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כותרות אפשריות לפסקאות: (1) צמחים על אדן החלון; (2) מזמינים את השכנים לשתול; (3) בניין ירוק ושכנים קרובים.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סיכום אפשרי: משפחה אחת חילקה שתילים לשכנים, הבניין נעשה ירוק והשכנים התקרבו זה לזה.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הידיעה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לפני: כל ניחוש שמתבסס על הכותרת. אחרי: בודקים שהסיכום כולל מי/מה + מה קרה + למה זה חשוב, בלי פרטים מיותרים.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לפני · תוך כדי · אחרי הקריאה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משפט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sentence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предложение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ዓረፍተ ነገር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جملة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phrase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פסקה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📄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абзац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አንቀጽ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فقرة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טקסט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📃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ጽሑፍ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כותרת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🏷️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title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заголовок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ርዕስ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عنوان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מבצע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operation / campaign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акция / операция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ዘመቻ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حملة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opération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מיון: מתי עושים מה?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מתי עושים את זה? סמנו ✓ בעמודה המתאימה.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פעולה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👁️ לפני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✏️ תוך כדי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✅ אחרי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👀 מציצים בכותרת ובתמונות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✏️ מסכמים במשפט אחד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🧠 שואלים: מה אני כבר יודע/ת?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✋ עוצרים בסוף פסקה ושואלים: מה למדתי?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🗣️ מספרים לחבר/ה בשלושה משפטים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🔮 מנחשים על מה הטקסט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כותבים כותרת לכל פסקה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🖍️ מסמנים מילה קשה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✅ בודקים אם הניחוש התאים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קוראים בשלושה שלבים: ״החלון הירוק״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לפני הקריאה – תוך כדי הקריאה – אחרי הקריאה. עבדו לפי הסדר.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👁️ לפני: מציצים בכותרת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כותרת הטקסט: ״החלון הירוק״. על מה, לדעתכם,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אני כבר יודע/ת על גידול צמחים בבית?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✏️ תוך כדי: קוראים ועוצרים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כתבו לכל פסקה כותרת קצרה (2–4 מילים).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פסקה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הכותרת שלי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סימון: ? / ! / ★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1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2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3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סימונים: ? – לא הבנתי · ! – מפתיע · ★ – חשוב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✅ אחרי: בודקים ומסכמים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האם הניחוש שלי התאים? ◯ כן ◯ חלקית ◯ לא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ספרו את הטקסט במשפט אחד: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עכשיו לבד: ידיעה מהעיתון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👁️ לפני: קראו רק את הכותרת ״צבי מים נראו שוב בנחל אחרי עשר שנים״. על מה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✏️ תוך כדי: קראו את הידיעה.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צבי מים נראו שוב בנחל אחרי עשר שנים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לאחר מבצע ניקוי שנמשך שנתיים, דווח השבוע על צבי מים שחזרו לשחות בנחל העובר בעמק.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לדברי פקח/ית שמורת הטבע, הצבים חזרו בזכות המים הנקיים והצמחייה שנשתלה מחדש על הגדות.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תושבים מתבקשים לא להאכיל את הצבים ולא להתקרב אליהם.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סמנו בשוליים: ? – לא הבנתי · ! – מפתיע · ★ – חשוב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✅ אחרי: האם הניחוש התאים? מה הפתיע אתכם?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סכמו את הידיעה במשפט אחד: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אני עושה לפני שאני קורא/ת 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השלב שהכי עוזר לי: ◯ 👁️ לפני ◯ ✏️ תוך כדי ◯ ✅ אחרי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לפני · תוך כדי · אחרי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לפני · תוך כדי · אחרי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