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מאמן מש״ה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״הגינה של הכיתה״ · מילון · שורש · הקשר · טקסט יסודי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💛 חנ״מ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פותרים מילים חדשות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איזה כלי עזר?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משפחות 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לפענח מילים חדשות בטקסט בעזרת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לבחור את הכלי המתאים לכל מילה ולבדוק את הפירוש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לזהות משפחות מילים מאותו שורש – ולהבחין במילים ״מתחזות״.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מקרינים את ״מאמן מש״ה״ ופותרים מילה אחת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קוראים את הטקסט, מפענחים, ומסמנים איזה כלי עזר.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משפחות שורשים ומשפט אישי;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הגרסה הזאת: חנ״מ. גופן גדול, 2 אפשרויות בכל שאלה, פחות פריטים, אימוג׳י כעוגן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חלקים א׳–ב׳: הפירוש, הכלי המומלץ והשורש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</w:t>
            </w:r>
          </w:p>
        </w:tc>
        <w:tc>
          <w:tcPr>
            <w:tcW w:type="dxa" w:w="1327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הכלי המומלץ</w:t>
            </w:r>
          </w:p>
        </w:tc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שורש</w:t>
            </w:r>
          </w:p>
        </w:tc>
        <w:tc>
          <w:tcPr>
            <w:tcW w:type="dxa" w:w="204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פירוש</w:t>
            </w:r>
          </w:p>
        </w:tc>
        <w:tc>
          <w:tcPr>
            <w:tcW w:type="dxa" w:w="4388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למה?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שתילים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ש־ת־ל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צמחים קטנים ששותלים באדמה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שתלנו → ש־ת־ל: שתיל הוא צמח צעיר ששותלים.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השקו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ש־ק־ה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נתנו מים לצמחים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השורש ש־ק־ה כמו משקה – נותנים לשתות.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נבולים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נ־ב־ל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יבשים וחלשים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״ומקומטים״ ו״השמש חזקה מדי״ – רמזים שמשהו לא טוב קרה לעלים.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סוכך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ס־כ־ך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גג קטן מבד שנותן צל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״כדי שיהיה צל״ – הרמז שבא אחרי המילה. ובשורש – כמו סוכה וסכך!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בחלק ב׳ מקבלים גם כלי אחר אם התלמיד/ה מנמק/ת – המטרה היא לבחור כלי מתאים ולבדוק את הפירוש במשפט.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ג׳: משפחות שורשים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כ־ת־ב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בני המשפחה: מכתב, כתובת, כתבה. מתחזות: כתף (כ־ת־ף). משמעות משותפת: כתיבה.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ש־מ־ר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בני המשפחה: שומר, שמירה, משמרת. מתחזות: שמש (ש־מ־ש). משמעות משותפת: שמירה, הגנה.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תרגול · מאמן מש״ה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פותרים מילים חדשות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קראו את הטקסט. המילים המודגשות הן מילים חדשות – נפענח אותן בעזרת מש״ה.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🌱 הגינה של הכיתה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 xml:space="preserve">בתחילת השנה קיבלה הכיתה שלנו פינה קטנה בחצר. שתלנו בה </w:t>
                  </w:r>
                  <w:r>
                    <w:rPr>
                      <w:rFonts w:ascii="Arial" w:hAnsi="Arial" w:cs="Arial" w:eastAsia="Arial"/>
                      <w:b/>
                      <w:sz w:val="32"/>
                      <w:bCs/>
                      <w:szCs w:val="32"/>
                      <w:rtl w:val="1"/>
                      <w:shd w:val="clear" w:color="auto" w:fill="FFF1A8"/>
                    </w:rPr>
                    <w:t>שתילים</w:t>
                  </w: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 xml:space="preserve"> של עגבניות ונענע. בכל בוקר תורנים ותורניות </w:t>
                  </w:r>
                  <w:r>
                    <w:rPr>
                      <w:rFonts w:ascii="Arial" w:hAnsi="Arial" w:cs="Arial" w:eastAsia="Arial"/>
                      <w:b/>
                      <w:sz w:val="32"/>
                      <w:bCs/>
                      <w:szCs w:val="32"/>
                      <w:rtl w:val="1"/>
                      <w:shd w:val="clear" w:color="auto" w:fill="FFF1A8"/>
                    </w:rPr>
                    <w:t>השקו</w:t>
                  </w: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 xml:space="preserve"> את הערוגה. אחרי שבוע ראינו שהעלים </w:t>
                  </w:r>
                  <w:r>
                    <w:rPr>
                      <w:rFonts w:ascii="Arial" w:hAnsi="Arial" w:cs="Arial" w:eastAsia="Arial"/>
                      <w:b/>
                      <w:sz w:val="32"/>
                      <w:bCs/>
                      <w:szCs w:val="32"/>
                      <w:rtl w:val="1"/>
                      <w:shd w:val="clear" w:color="auto" w:fill="FFF1A8"/>
                    </w:rPr>
                    <w:t>נבולים</w:t>
                  </w: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 xml:space="preserve"> ומקומטים. המורה הסבירה שהשמש חזקה מדי, ובנינו </w:t>
                  </w:r>
                  <w:r>
                    <w:rPr>
                      <w:rFonts w:ascii="Arial" w:hAnsi="Arial" w:cs="Arial" w:eastAsia="Arial"/>
                      <w:b/>
                      <w:sz w:val="32"/>
                      <w:bCs/>
                      <w:szCs w:val="32"/>
                      <w:rtl w:val="1"/>
                      <w:shd w:val="clear" w:color="auto" w:fill="FFF1A8"/>
                    </w:rPr>
                    <w:t>סוכך</w:t>
                  </w: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 xml:space="preserve"> מבד ישן כדי שיהיה צל. לאט לאט העלים הזדקפו והתחילו לגדול. בסוף החודש קטפנו את העגבניות הראשונות וחגגנו את היבול שלנו.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שתילים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🌱 צמחים קטנים ששותלים באדמה     ◯ ⛏️ כלים לחפירה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השקו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💧 נתנו מים לצמחים     ◯ 🧹 ניקו את החצר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נבולים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🥀 יבשים וחלשים     ◯ 🌿 ירוקים ורעננים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סוכך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🚿 כלי להשקיה     ◯ ⛱️ גג קטן מבד שנותן צל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איזה כלי עזר?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איזה כלי עזר לי?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שתילים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השקו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נבולים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סוכך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📖 מילון     ◯ 🌳 שורש     ◯ 🧩 הקשר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משפחות 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משפחות שורשים: בכל שורה יש מילים מהמשפחה ומילים ״מתחזות״. הקיפו רק את בני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 xml:space="preserve">1. 🌳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כ־ת־ב</w:t>
            </w: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 xml:space="preserve"> :   ◯ כתף   ◯ כתבה   ◯ כתובת   ◯ מכתב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 xml:space="preserve">2. 🌳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ש־מ־ר</w:t>
            </w: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 xml:space="preserve"> :   ◯ משמרת   ◯ שמירה   ◯ שומר   ◯ שמש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מילה חדשה שלמדתי היום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מאמן מש״ה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מאמן מש״ה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